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End of Unit Concepts Check - ANSWER KEY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Mathematics  -  Carry the One: Adding with Regrouping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Parts A and B for everyone. Part C: Grade 5 does question 12; Grade 6 does questions 13 and 14. About 15 to 20 minutes. Blocks allowed; questions read aloud on request.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Multiple choice (circle one)</w:t>
      </w:r>
    </w:p>
    <w:p>
      <w:pPr>
        <w:spacing w:after="20" w:before="0"/>
      </w:pPr>
      <w:r>
        <w:rPr>
          <w:b/>
          <w:i w:val="0"/>
          <w:sz w:val="22"/>
        </w:rPr>
        <w:t>1.  4 tens and 13 ones is the same number as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413      b. 43      c. 53      d. 17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c</w:t>
      </w:r>
    </w:p>
    <w:p>
      <w:pPr>
        <w:spacing w:after="20" w:before="0"/>
      </w:pPr>
      <w:r>
        <w:rPr>
          <w:b/>
          <w:i w:val="0"/>
          <w:sz w:val="22"/>
        </w:rPr>
        <w:t>2.  In 38 + 45, the carried 1 is worth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1 one      b. 1 ten      c. 1 hundred      d. nothing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20" w:before="0"/>
      </w:pPr>
      <w:r>
        <w:rPr>
          <w:b/>
          <w:i w:val="0"/>
          <w:sz w:val="22"/>
        </w:rPr>
        <w:t>3.  47 + 36 = 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713      b. 73      c. 84      d. 83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d</w:t>
      </w:r>
    </w:p>
    <w:p>
      <w:pPr>
        <w:spacing w:after="20" w:before="0"/>
      </w:pPr>
      <w:r>
        <w:rPr>
          <w:b/>
          <w:i w:val="0"/>
          <w:sz w:val="22"/>
        </w:rPr>
        <w:t>4.  Best estimate for 289 + 412: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about 700      b. about 600      c. about 800      d. about 500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a</w:t>
      </w:r>
    </w:p>
    <w:p>
      <w:pPr>
        <w:spacing w:after="20" w:before="0"/>
      </w:pPr>
      <w:r>
        <w:rPr>
          <w:b/>
          <w:i w:val="0"/>
          <w:sz w:val="22"/>
        </w:rPr>
        <w:t>5.  356 + 278 = 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524      b. 634      c. 534      d. 624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20" w:before="0"/>
      </w:pPr>
      <w:r>
        <w:rPr>
          <w:b/>
          <w:i w:val="0"/>
          <w:sz w:val="22"/>
        </w:rPr>
        <w:t>6.  How many times do you carry in 465 + 378?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0      b. 1      c. 2      d. 3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c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B: Show your work</w:t>
      </w:r>
    </w:p>
    <w:p>
      <w:pPr>
        <w:spacing w:after="60" w:before="0"/>
      </w:pPr>
      <w:r>
        <w:rPr>
          <w:b/>
          <w:i w:val="0"/>
          <w:sz w:val="22"/>
        </w:rPr>
        <w:t>7.  Estimate, then solve: 57 + 28.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Estimate about 60 + 30 = 90. Answer 85.</w:t>
      </w:r>
    </w:p>
    <w:p>
      <w:pPr>
        <w:spacing w:after="60" w:before="0"/>
      </w:pPr>
      <w:r>
        <w:rPr>
          <w:b/>
          <w:i w:val="0"/>
          <w:sz w:val="22"/>
        </w:rPr>
        <w:t>8.  Solve: 468 + 257. Circle every carry.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725 (carry in ones and tens).</w:t>
      </w:r>
    </w:p>
    <w:p>
      <w:pPr>
        <w:spacing w:after="60" w:before="0"/>
      </w:pPr>
      <w:r>
        <w:rPr>
          <w:b/>
          <w:i w:val="0"/>
          <w:sz w:val="22"/>
        </w:rPr>
        <w:t>9.  Solve: 709 + 196.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905 (carry in ones and tens).</w:t>
      </w:r>
    </w:p>
    <w:p>
      <w:pPr>
        <w:spacing w:after="60" w:before="0"/>
      </w:pPr>
      <w:r>
        <w:rPr>
          <w:b/>
          <w:i w:val="0"/>
          <w:sz w:val="22"/>
        </w:rPr>
        <w:t>10.  Liam wrote 64 + 29 = 813. What is his mistake? What is the right answer?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He wrote 13 in the ones column instead of carrying 1 ten. Correct: 93.</w:t>
      </w:r>
    </w:p>
    <w:p>
      <w:pPr>
        <w:spacing w:after="60" w:before="0"/>
      </w:pPr>
      <w:r>
        <w:rPr>
          <w:b/>
          <w:i w:val="0"/>
          <w:sz w:val="22"/>
        </w:rPr>
        <w:t>11.  A school library has 348 books. It gets 275 more. How many books now? Show your work.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348 + 275 = 623 books.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C: Extension</w:t>
      </w:r>
    </w:p>
    <w:p>
      <w:pPr>
        <w:spacing w:after="60" w:before="0"/>
      </w:pPr>
      <w:r>
        <w:rPr>
          <w:b/>
          <w:i w:val="0"/>
          <w:sz w:val="22"/>
        </w:rPr>
        <w:t>12.  Grade 5: 36 478 + 25 869 =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62 347</w:t>
      </w:r>
    </w:p>
    <w:p>
      <w:pPr>
        <w:spacing w:after="60" w:before="0"/>
      </w:pPr>
      <w:r>
        <w:rPr>
          <w:b/>
          <w:i w:val="0"/>
          <w:sz w:val="22"/>
        </w:rPr>
        <w:t>13.  Grade 6: 5.87 + 3.46 =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9.33</w:t>
      </w:r>
    </w:p>
    <w:p>
      <w:pPr>
        <w:spacing w:after="60" w:before="0"/>
      </w:pPr>
      <w:r>
        <w:rPr>
          <w:b/>
          <w:i w:val="0"/>
          <w:sz w:val="22"/>
        </w:rPr>
        <w:t>14.  Grade 6: Ava spends $14.65 and $7.58. What is her total? Explain one carry.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$22.23. Example: 5 + 8 = 13 hundredths = 1 tenth 3 hundredths, so carry 1 tenth.</w:t>
      </w:r>
    </w:p>
    <w:p>
      <w:pPr>
        <w:spacing w:after="120"/>
      </w:pPr>
    </w:p>
    <w:p>
      <w:pPr>
        <w:spacing w:after="120" w:before="0"/>
      </w:pPr>
      <w:r>
        <w:rPr>
          <w:b w:val="0"/>
          <w:i/>
          <w:color w:val="666666"/>
          <w:sz w:val="21"/>
        </w:rPr>
        <w:t>Scoring guide: Part A 1 mark each (6). Part B 2 marks each (10): 1 for the answer, 1 for work or explanation. Part C: Grade 5 question 2 marks (total 18); Grade 6 questions 2 + 3 marks (total 21). Use with the unit rubric, not as a sole grade.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